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סיכום העלילה לפי סצנות – "החבר" מאת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רצף האירועים בסיפור ואת שני חלקיו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שלבי העלילה (פתיחה, סיבוך, שיא, התרה, סיום)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הדמויות ואת השינוי ביחס ביניהן לאורך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נער יפה ונבון אך מרדן ועצל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ספריו היו כרוכים בכריכה אדומה ומבריקה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שאמו של החבר מתה והיא הייתה "המשרתת"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הכינוי ניתן לחבר, כביטוי להערצה כלפיו.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מתגלה בסצנה החמישית.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רב־מלאך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שלב העלילה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(הצגת המספר והחבר המוערץ)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(אישה מסתורית לוקחת את החבר מבית הספר כל 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(החבר פורץ בבכי כבד ליד שולחן המורה)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(מתברר שאמו מתה והיא הייתה "המשרתת")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המספר נזכר בחברו המוערץ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אישה מסתורית מחכה לחבר כל יום בשער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החבר פורץ בבכי כבד ליד שולחן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מתברר שאמו של החבר מתה והיא הייתה "המשרתת"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אמו, שהוא כינה 'משרתת' מבושה בעוניה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'רב-מלאך' - ביטוי להערצה כמעט דתית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הסוף פתוח, אין פיוס - רק אשמה, אהבה וזיכרון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בקול את הציטוטים הקצרים מהדף לפני כל חלק בתרגול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לעצור אחרי סצנה 5 ולשאול את התלמידים מה הם חושבים שיקרה בהמשך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השוואה בין תגובת הכיתה בסיפור לבין איך תלמידי הכיתה היו מגיבים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סיכום העלילה לפי סצנות – "החבר" מאת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סיכום הסיפור 'החבר' לפי שמונה סצנות, המחולקות לשני חלקים: בבית הספר ובחנות. נתמקד בעלילה, בדמויות ובשלבי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רב־מלאך  ·  זהב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מתואר החבר בתחילת הסיפור על ידי בני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נער רגיל ושקט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נער יפה ונבון אך מרדן ועצל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נער מכוער אך חכם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הכיתה חשבה שהחבר עשיר?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ספריו היו כרוכים בכריכה אדומה ומבריקה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הוא סיפר שהוא עשיר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המורה אמרה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התגלה בסצנה החמישית?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שהחבר עבר לעיר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שאמו של החבר מתה והיא הייתה "המשרתת"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שהחבר קיבל פרס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"רב־מלאך" הוא כינוי שהמספר נתן לעצמו.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המשרתת שחיכתה לחבר בשער הייתה בעצם אמו.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המספר קרא לחבר בלבו "__________" כי הוא נראה לו מושלם ונעלה.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שיער החבר תואר כצבע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שלב העלילה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פתיחה - חלק 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אישה מסתורית לוקחת את החבר מבית הספר כל 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סיבוך - חלק 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הצגת המספר והחבר המוערץ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שיא - חלק 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מתברר שאמו מתה והיא הייתה "המשרתת"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התרה - חלק 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החבר פורץ בבכי כבד ליד שולחן המורה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אישה מסתורית מחכה לחבר כל יום בשער 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החבר פורץ בבכי כבד ליד שולחן המורה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מתברר שאמו של החבר מתה והיא הייתה "המשרתת"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המספר נזכר בחברו המוערץ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הייתה האישה שחיכתה לחבר בשער בית הספר?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הכינוי שהמספר נתן לחבר,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סיכום העלילה לפי סצנות – "החבר" מאת אלזה מורנטה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