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העלילה לפי סצנות –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האירועים בסיפור ואת שני חלקיו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העלילה (פתיחה, סיבוך, שיא, התרה, סיום)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הדמויות ואת השינוי ביחס ביניהן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נער יפה ונבון אך מרדן ועצל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ספריו היו כרוכים בכריכה אדומה ומבריקה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אמו, שהחבר כינה "המשרתת"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שאמו של החבר מתה והיא הייתה "המשרתת"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שוליה בחנות של דודו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"בן של משרתת" - פגיעה באם שמתה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הכינוי ניתן לחבר, כביטוי להערצה כלפיו.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מתגלה בסצנה החמישית.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הכיתה הגיבה בבוז, לא בחמלה.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בסצנה השישית.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הסוף פתוח - אין פיוס, רק אשמה וחרטה.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רב־מלאך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חרשן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העלילה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(הצגת המספר והחבר המוערץ)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(אישה מסתורית לוקחת את החבר מבית הספר כל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(החבר פורץ בבכי כבד ליד שולחן המורה)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(מתברר שאמו מתה והיא הייתה "המשרתת")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(עימות מילים: "חרשן" מול "בן של משרתת")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נזכר בחברו המוערץ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מסתורית מחכה לחבר כל יום בשער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פורץ בבכי כבד ליד שולחן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מתברר שאמו של החבר מתה והיא הייתה "המשרתת"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המספר פוגש את החבר עובד כשוליה בחנות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הבעת אמפתיה, חיבור לפרטים מהסיפור (הבושה, ה"משרתת", תגובת הכיתה) וניסוח 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אמו, שהוא כינה 'משרתת' מבושה בעוניה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'רב-מלאך' - ביטוי להערצה כמעט דתית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הסוף פתוח, אין פיוס - רק אשמה, אהבה וזיכרון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הציטוטים הקצרים מהדף לפני כל חלק בתרגול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לעצור אחרי סצנה 5 ולשאול את התלמידים מה הם חושבים שיקרה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השוואה בין תגובת הכיתה בסיפור לבין איך תלמידי הכיתה היו מגיבים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העלילה לפי סצנות –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סיכום הסיפור 'החבר' לפי שמונה סצנות, המחולקות לשני חלקים: בבית הספר ובחנות. נתמקד בעלילה, בדמויות ובשלבי 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מתואר החבר בתחילת הסיפור על ידי בני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נער רגיל ושקט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נער יפה ונבון אך מרדן ועצל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נער מכוער אך חכם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נער עני ועצוב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הכיתה חשבה שהחבר עשיר?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ספריו היו כרוכים בכריכה אדומה ומבריקה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סיפר שהוא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המורה אמרה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התגורר בארמון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חיכתה לחבר כל יום בשער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אמו, שהחבר כינה "המשרתת"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אחותו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שכנה מהרחוב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התגלה בסצנה החמישית?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שהחבר עבר לעיר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שאמו של החבר מתה והיא הייתה "המשרתת"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שהחבר קיבל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שהמורה פוטרה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עבודתו של החבר בחלק ב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עוזר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שוליה בחנות של דודו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נגר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מוכר עיתונים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משפט אומר המספר לחבר בחנות, ומה הוא מבטא?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"חרשן" -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"בן של משרתת" - פגיעה באם שמתה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"אתה חכם" - הערצה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"בוא נשחק" - חברות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"רב־מלאך" הוא כינוי שהמספר נתן לעצמו.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המשרתת שחיכתה לחבר בשער הייתה בעצם אמו.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הגיבה בחמלה כששמעה שאמו של החבר מתה.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ב של הסיפור, החבר עובד כשוליה בחנות של דודו.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יש פיוס מלא בין המספר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המספר קרא לחבר בלבו "__________" כי הוא נראה לו מושלם ונעלה.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שיער החבר תואר כצבע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האישה שחיכתה לחבר בשער הייתה בעצם __________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בחנות של הדוד, החבר עבד בתור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שהחבר לחש למספר בחנות הייתה "__________".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שלב העלילה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עימות מילים: "חרשן" מול "בן של משרתת"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סיבוך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הצגת המספר והחבר המוערץ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שיא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מתברר שאמו מתה והיא הייתה "המשרתת"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התרה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החבר פורץ בבכי כבד ליד שולחן המורה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שיא - חלק 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אישה מסתורית לוקחת את החבר מבית הספר כל 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מסתורית מחכה לחבר כל יום בשער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נזכר בחברו המוערץ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פוגש את החבר עובד כשוליה בחנות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פורץ בבכי כבד ליד שולחן המורה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מתברר שאמו של החבר מתה והיא הייתה "המשרתת"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לו הייתם תלמידים או תלמידות בכיתה של אאוגוסטו, איך הייתם מגיבים כששמעתם שאמו של החבר מתה? כתבו 5-7 שורות והסבירו את תחושותיכם.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הייתה האישה שחיכתה לחבר בשער 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הכינוי שהמספר נתן לחבר,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מסתיים הסיפור - האם יש פיוס בין הדמויות?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סיכום העלילה לפי סצנות – "החבר"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